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623"/>
        <w:gridCol w:w="3402"/>
      </w:tblGrid>
      <w:tr w:rsidR="00C3676A" w:rsidRPr="007B21E9" w14:paraId="02B6834B" w14:textId="77777777">
        <w:trPr>
          <w:jc w:val="center"/>
        </w:trPr>
        <w:tc>
          <w:tcPr>
            <w:tcW w:w="11623" w:type="dxa"/>
            <w:tcBorders>
              <w:top w:val="single" w:sz="0" w:space="0" w:color="172D4F"/>
              <w:left w:val="single" w:sz="0" w:space="0" w:color="172D4F"/>
              <w:bottom w:val="single" w:sz="0" w:space="0" w:color="172D4F"/>
              <w:right w:val="single" w:sz="0" w:space="0" w:color="172D4F"/>
            </w:tcBorders>
            <w:shd w:val="clear" w:color="auto" w:fill="172D4F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65A74EBD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36"/>
                <w:lang w:val="fr-FR"/>
              </w:rPr>
              <w:t>INFORMATIONS DE RENTRÉE</w:t>
            </w:r>
          </w:p>
          <w:p w14:paraId="5E849275" w14:textId="77777777" w:rsidR="00C3676A" w:rsidRPr="007B21E9" w:rsidRDefault="007F5193">
            <w:pPr>
              <w:spacing w:before="100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D8E2F0"/>
                <w:sz w:val="20"/>
                <w:lang w:val="fr-FR"/>
              </w:rPr>
              <w:t>Année universitaire 2026–2027</w:t>
            </w:r>
          </w:p>
        </w:tc>
        <w:tc>
          <w:tcPr>
            <w:tcW w:w="3402" w:type="dxa"/>
            <w:tcBorders>
              <w:top w:val="single" w:sz="0" w:space="0" w:color="2F80ED"/>
              <w:left w:val="single" w:sz="0" w:space="0" w:color="2F80ED"/>
              <w:bottom w:val="single" w:sz="0" w:space="0" w:color="2F80ED"/>
              <w:right w:val="single" w:sz="0" w:space="0" w:color="2F80ED"/>
            </w:tcBorders>
            <w:shd w:val="clear" w:color="auto" w:fill="2F80ED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1EF37EA1" w14:textId="6E49EEB5" w:rsidR="00C3676A" w:rsidRPr="007B21E9" w:rsidRDefault="007B21E9">
            <w:pPr>
              <w:jc w:val="center"/>
              <w:rPr>
                <w:rFonts w:ascii="Arial" w:hAnsi="Arial" w:cs="Arial"/>
                <w:b/>
                <w:noProof/>
                <w:sz w:val="28"/>
                <w:szCs w:val="28"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DCEAFF"/>
                <w:sz w:val="28"/>
                <w:szCs w:val="28"/>
                <w:lang w:val="fr-FR"/>
              </w:rPr>
              <w:t>Formations</w:t>
            </w:r>
          </w:p>
          <w:p w14:paraId="7E4D9E15" w14:textId="0720872D" w:rsidR="00C3676A" w:rsidRPr="007B21E9" w:rsidRDefault="007F5193">
            <w:pPr>
              <w:spacing w:before="120"/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28"/>
                <w:lang w:val="fr-FR"/>
              </w:rPr>
              <w:t>MEEF</w:t>
            </w:r>
            <w:r w:rsidR="00250C0A">
              <w:rPr>
                <w:rFonts w:ascii="Arial" w:hAnsi="Arial" w:cs="Arial"/>
                <w:b/>
                <w:noProof/>
                <w:color w:val="FFFFFF"/>
                <w:sz w:val="28"/>
                <w:lang w:val="fr-FR"/>
              </w:rPr>
              <w:t xml:space="preserve"> &amp; M2E</w:t>
            </w:r>
          </w:p>
        </w:tc>
      </w:tr>
    </w:tbl>
    <w:p w14:paraId="2ED78ADF" w14:textId="77777777" w:rsidR="00C3676A" w:rsidRPr="007B21E9" w:rsidRDefault="00C3676A">
      <w:pPr>
        <w:spacing w:after="20"/>
        <w:rPr>
          <w:rFonts w:ascii="Arial" w:hAnsi="Arial" w:cs="Arial"/>
          <w:noProof/>
          <w:lang w:val="fr-FR"/>
        </w:rPr>
      </w:pPr>
    </w:p>
    <w:p w14:paraId="33D6288A" w14:textId="022339BE" w:rsidR="00C3676A" w:rsidRPr="007B21E9" w:rsidRDefault="007F5193">
      <w:pPr>
        <w:keepNext/>
        <w:pBdr>
          <w:bottom w:val="single" w:sz="12" w:space="2" w:color="2F80ED"/>
        </w:pBdr>
        <w:spacing w:before="220" w:after="10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2F80ED"/>
          <w:sz w:val="26"/>
          <w:lang w:val="fr-FR"/>
        </w:rPr>
        <w:t>MASTER</w:t>
      </w:r>
      <w:r w:rsidR="00206A16">
        <w:rPr>
          <w:rFonts w:ascii="Arial" w:hAnsi="Arial" w:cs="Arial"/>
          <w:b/>
          <w:noProof/>
          <w:color w:val="2F80ED"/>
          <w:sz w:val="26"/>
          <w:lang w:val="fr-FR"/>
        </w:rPr>
        <w:t>S</w:t>
      </w:r>
      <w:r w:rsidRPr="007B21E9">
        <w:rPr>
          <w:rFonts w:ascii="Arial" w:hAnsi="Arial" w:cs="Arial"/>
          <w:b/>
          <w:noProof/>
          <w:color w:val="2F80ED"/>
          <w:sz w:val="26"/>
          <w:lang w:val="fr-FR"/>
        </w:rPr>
        <w:t xml:space="preserve"> MEEF</w:t>
      </w:r>
      <w:r w:rsidR="00250C0A">
        <w:rPr>
          <w:rFonts w:ascii="Arial" w:hAnsi="Arial" w:cs="Arial"/>
          <w:b/>
          <w:noProof/>
          <w:color w:val="2F80ED"/>
          <w:sz w:val="26"/>
          <w:lang w:val="fr-FR"/>
        </w:rPr>
        <w:t xml:space="preserve"> &amp; M2E</w:t>
      </w:r>
    </w:p>
    <w:p w14:paraId="39DE0B07" w14:textId="77777777" w:rsidR="00C3676A" w:rsidRPr="007B21E9" w:rsidRDefault="007F5193">
      <w:pPr>
        <w:keepNext/>
        <w:spacing w:before="100" w:after="8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2F80ED"/>
          <w:sz w:val="20"/>
          <w:lang w:val="fr-FR"/>
        </w:rPr>
        <w:t>Dates, horaires et lieux de rentrée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474"/>
        <w:gridCol w:w="1190"/>
        <w:gridCol w:w="4025"/>
        <w:gridCol w:w="4536"/>
      </w:tblGrid>
      <w:tr w:rsidR="00C3676A" w:rsidRPr="007B21E9" w14:paraId="3C833D3D" w14:textId="77777777">
        <w:trPr>
          <w:tblHeader/>
          <w:jc w:val="center"/>
        </w:trPr>
        <w:tc>
          <w:tcPr>
            <w:tcW w:w="3402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659DDAB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FORMATION</w:t>
            </w:r>
          </w:p>
        </w:tc>
        <w:tc>
          <w:tcPr>
            <w:tcW w:w="1474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0999F99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DATE</w:t>
            </w:r>
          </w:p>
        </w:tc>
        <w:tc>
          <w:tcPr>
            <w:tcW w:w="1190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08C6614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HEURE</w:t>
            </w:r>
          </w:p>
        </w:tc>
        <w:tc>
          <w:tcPr>
            <w:tcW w:w="4025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553501A1" w14:textId="5C7F7979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LIEU DE RENTREE</w:t>
            </w:r>
          </w:p>
        </w:tc>
        <w:tc>
          <w:tcPr>
            <w:tcW w:w="4536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D8C5AC6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INFORMATIONS COMPLÉMENTAIRES</w:t>
            </w:r>
          </w:p>
        </w:tc>
      </w:tr>
      <w:tr w:rsidR="00C3676A" w:rsidRPr="007B21E9" w14:paraId="403755C2" w14:textId="77777777">
        <w:trPr>
          <w:cantSplit/>
          <w:jc w:val="center"/>
        </w:trPr>
        <w:tc>
          <w:tcPr>
            <w:tcW w:w="3402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11D128CD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M2 - Enseignement et éducation (M2E) - Professorat des écoles - Site Orsay</w:t>
            </w:r>
          </w:p>
        </w:tc>
        <w:tc>
          <w:tcPr>
            <w:tcW w:w="1474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016F992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27/08/2026</w:t>
            </w:r>
          </w:p>
        </w:tc>
        <w:tc>
          <w:tcPr>
            <w:tcW w:w="1190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C711940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10:00</w:t>
            </w:r>
          </w:p>
        </w:tc>
        <w:tc>
          <w:tcPr>
            <w:tcW w:w="402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9E28378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SALLE A4 BATIMENT 460</w:t>
            </w:r>
          </w:p>
        </w:tc>
        <w:tc>
          <w:tcPr>
            <w:tcW w:w="4536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1DA568E" w14:textId="77777777" w:rsidR="00C3676A" w:rsidRPr="007B21E9" w:rsidRDefault="00C3676A">
            <w:pPr>
              <w:rPr>
                <w:rFonts w:ascii="Arial" w:hAnsi="Arial" w:cs="Arial"/>
                <w:noProof/>
                <w:lang w:val="fr-FR"/>
              </w:rPr>
            </w:pPr>
          </w:p>
        </w:tc>
      </w:tr>
      <w:tr w:rsidR="00C3676A" w:rsidRPr="007B21E9" w14:paraId="08FAE3F7" w14:textId="77777777">
        <w:trPr>
          <w:cantSplit/>
          <w:jc w:val="center"/>
        </w:trPr>
        <w:tc>
          <w:tcPr>
            <w:tcW w:w="3402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7FE57056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M1 M2E - Parcours Professeur des lycées et collèges en Mathématiques</w:t>
            </w:r>
          </w:p>
        </w:tc>
        <w:tc>
          <w:tcPr>
            <w:tcW w:w="1474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0137DB8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03/09/2026</w:t>
            </w:r>
          </w:p>
        </w:tc>
        <w:tc>
          <w:tcPr>
            <w:tcW w:w="1190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6CAB3AB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09:30</w:t>
            </w:r>
          </w:p>
        </w:tc>
        <w:tc>
          <w:tcPr>
            <w:tcW w:w="402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495B66F6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Salle 0A6 - Institut de Mathématique d'Orsay - Bâtiment 307, Campus d'Orsay</w:t>
            </w:r>
          </w:p>
        </w:tc>
        <w:tc>
          <w:tcPr>
            <w:tcW w:w="4536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289BBEA" w14:textId="77777777" w:rsidR="00C3676A" w:rsidRPr="007B21E9" w:rsidRDefault="00C3676A">
            <w:pPr>
              <w:rPr>
                <w:rFonts w:ascii="Arial" w:hAnsi="Arial" w:cs="Arial"/>
                <w:noProof/>
                <w:lang w:val="fr-FR"/>
              </w:rPr>
            </w:pPr>
          </w:p>
        </w:tc>
      </w:tr>
      <w:tr w:rsidR="00C3676A" w:rsidRPr="007B21E9" w14:paraId="62764B74" w14:textId="77777777">
        <w:trPr>
          <w:cantSplit/>
          <w:jc w:val="center"/>
        </w:trPr>
        <w:tc>
          <w:tcPr>
            <w:tcW w:w="3402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1C083A0C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M2 - MEEF Formation des PLC en SVT</w:t>
            </w:r>
          </w:p>
        </w:tc>
        <w:tc>
          <w:tcPr>
            <w:tcW w:w="1474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2A7A47F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25/08/2026</w:t>
            </w:r>
          </w:p>
        </w:tc>
        <w:tc>
          <w:tcPr>
            <w:tcW w:w="1190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745E5036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09:30</w:t>
            </w:r>
          </w:p>
        </w:tc>
        <w:tc>
          <w:tcPr>
            <w:tcW w:w="402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61380AAC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Bâtiment Henri Moissan- 2ème étage salle 2325       19 Rue des Sciences Université-Paris-Saclay  91 190 Gif sur Yvette</w:t>
            </w:r>
          </w:p>
        </w:tc>
        <w:tc>
          <w:tcPr>
            <w:tcW w:w="4536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3DFE5E59" w14:textId="77777777" w:rsidR="00C3676A" w:rsidRPr="007B21E9" w:rsidRDefault="00C3676A">
            <w:pPr>
              <w:rPr>
                <w:rFonts w:ascii="Arial" w:hAnsi="Arial" w:cs="Arial"/>
                <w:noProof/>
                <w:lang w:val="fr-FR"/>
              </w:rPr>
            </w:pPr>
          </w:p>
        </w:tc>
      </w:tr>
    </w:tbl>
    <w:p w14:paraId="25E1DAF4" w14:textId="77777777" w:rsidR="00C3676A" w:rsidRPr="007B21E9" w:rsidRDefault="00C3676A">
      <w:pPr>
        <w:spacing w:after="40"/>
        <w:rPr>
          <w:rFonts w:ascii="Arial" w:hAnsi="Arial" w:cs="Arial"/>
          <w:noProof/>
          <w:lang w:val="fr-FR"/>
        </w:rPr>
      </w:pPr>
    </w:p>
    <w:p w14:paraId="6499968F" w14:textId="77777777" w:rsidR="00C3676A" w:rsidRPr="007B21E9" w:rsidRDefault="007F5193">
      <w:pPr>
        <w:keepNext/>
        <w:spacing w:before="100" w:after="8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2F80ED"/>
          <w:sz w:val="20"/>
          <w:lang w:val="fr-FR"/>
        </w:rPr>
        <w:t>Responsables et secrétariats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835"/>
        <w:gridCol w:w="2438"/>
        <w:gridCol w:w="3231"/>
        <w:gridCol w:w="2608"/>
      </w:tblGrid>
      <w:tr w:rsidR="00C3676A" w:rsidRPr="007B21E9" w14:paraId="290F9476" w14:textId="77777777">
        <w:trPr>
          <w:tblHeader/>
          <w:jc w:val="center"/>
        </w:trPr>
        <w:tc>
          <w:tcPr>
            <w:tcW w:w="3515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331D692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FORMATION</w:t>
            </w:r>
          </w:p>
        </w:tc>
        <w:tc>
          <w:tcPr>
            <w:tcW w:w="2835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5A018B16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RESPONSABLE DE FORMATION</w:t>
            </w:r>
          </w:p>
        </w:tc>
        <w:tc>
          <w:tcPr>
            <w:tcW w:w="2438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841A223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SECRÉTARIAT</w:t>
            </w:r>
          </w:p>
        </w:tc>
        <w:tc>
          <w:tcPr>
            <w:tcW w:w="3231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58F5D5B5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ADRESSE MAIL</w:t>
            </w:r>
          </w:p>
        </w:tc>
        <w:tc>
          <w:tcPr>
            <w:tcW w:w="2608" w:type="dxa"/>
            <w:tcBorders>
              <w:top w:val="single" w:sz="5" w:space="0" w:color="2F80ED"/>
              <w:left w:val="single" w:sz="5" w:space="0" w:color="2F80ED"/>
              <w:bottom w:val="single" w:sz="5" w:space="0" w:color="2F80ED"/>
              <w:right w:val="single" w:sz="5" w:space="0" w:color="2F80ED"/>
            </w:tcBorders>
            <w:shd w:val="clear" w:color="auto" w:fill="2F80ED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A14550C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ADRESSE / LOCALISATION</w:t>
            </w:r>
          </w:p>
        </w:tc>
      </w:tr>
      <w:tr w:rsidR="00C3676A" w:rsidRPr="007B21E9" w14:paraId="47088791" w14:textId="77777777">
        <w:trPr>
          <w:cantSplit/>
          <w:jc w:val="center"/>
        </w:trPr>
        <w:tc>
          <w:tcPr>
            <w:tcW w:w="351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5BF4A4F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M2 - Enseignement et éducation (M2E) - Professorat des écoles - Site Orsay</w:t>
            </w:r>
          </w:p>
        </w:tc>
        <w:tc>
          <w:tcPr>
            <w:tcW w:w="283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6929191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MICHEL Sophie</w:t>
            </w:r>
          </w:p>
        </w:tc>
        <w:tc>
          <w:tcPr>
            <w:tcW w:w="243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FE72B7C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MICHEL Sophie</w:t>
            </w:r>
          </w:p>
        </w:tc>
        <w:tc>
          <w:tcPr>
            <w:tcW w:w="323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427C1CA6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sophie.michel@universite-paris-saclay.fr</w:t>
            </w:r>
          </w:p>
        </w:tc>
        <w:tc>
          <w:tcPr>
            <w:tcW w:w="260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E63D5A9" w14:textId="77777777" w:rsidR="00C3676A" w:rsidRPr="007B21E9" w:rsidRDefault="00C3676A">
            <w:pPr>
              <w:rPr>
                <w:rFonts w:ascii="Arial" w:hAnsi="Arial" w:cs="Arial"/>
                <w:noProof/>
                <w:lang w:val="fr-FR"/>
              </w:rPr>
            </w:pPr>
          </w:p>
        </w:tc>
      </w:tr>
      <w:tr w:rsidR="00C3676A" w:rsidRPr="007B21E9" w14:paraId="0A483C9B" w14:textId="77777777">
        <w:trPr>
          <w:cantSplit/>
          <w:jc w:val="center"/>
        </w:trPr>
        <w:tc>
          <w:tcPr>
            <w:tcW w:w="351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6F399A26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M1 M2E - Parcours Professeur des lycées et collèges en Mathématiques</w:t>
            </w:r>
          </w:p>
        </w:tc>
        <w:tc>
          <w:tcPr>
            <w:tcW w:w="283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FDB8B0F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Damien Thomine</w:t>
            </w:r>
          </w:p>
        </w:tc>
        <w:tc>
          <w:tcPr>
            <w:tcW w:w="243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74727D9C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Va changer au 01/09/2026</w:t>
            </w:r>
          </w:p>
        </w:tc>
        <w:tc>
          <w:tcPr>
            <w:tcW w:w="323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6749CE98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Va changer au 01/09/2026</w:t>
            </w:r>
          </w:p>
        </w:tc>
        <w:tc>
          <w:tcPr>
            <w:tcW w:w="260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1587800D" w14:textId="77777777" w:rsidR="00C3676A" w:rsidRPr="0035236C" w:rsidRDefault="00C3676A">
            <w:pPr>
              <w:rPr>
                <w:rFonts w:ascii="Arial" w:hAnsi="Arial" w:cs="Arial"/>
                <w:noProof/>
                <w:lang w:val="fr-FR"/>
              </w:rPr>
            </w:pPr>
            <w:r w:rsidRPr="0035236C">
              <w:rPr>
                <w:rFonts w:ascii="Arial" w:hAnsi="Arial" w:cs="Arial"/>
              </w:rPr>
              <w:t>Va changer au 01/09/2026</w:t>
            </w:r>
            <w:r w:rsidRPr="0035236C">
              <w:rPr>
                <w:rFonts w:ascii="Arial" w:hAnsi="Arial" w:cs="Arial"/>
              </w:rPr>
              <w:br/>
              <w:t>Horaires d'ouverture : Va changer au 01/09/2026</w:t>
            </w:r>
          </w:p>
        </w:tc>
      </w:tr>
      <w:tr w:rsidR="00C3676A" w:rsidRPr="007B21E9" w14:paraId="77EA0B72" w14:textId="77777777">
        <w:trPr>
          <w:cantSplit/>
          <w:jc w:val="center"/>
        </w:trPr>
        <w:tc>
          <w:tcPr>
            <w:tcW w:w="351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1049BD89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lastRenderedPageBreak/>
              <w:t>M2 - MEEF Formation des PLC en SVT</w:t>
            </w:r>
          </w:p>
        </w:tc>
        <w:tc>
          <w:tcPr>
            <w:tcW w:w="283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77F8DF39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Magali GALLEZOT</w:t>
            </w:r>
          </w:p>
        </w:tc>
        <w:tc>
          <w:tcPr>
            <w:tcW w:w="243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1987F3A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Jean-Valéry DONGE</w:t>
            </w:r>
          </w:p>
        </w:tc>
        <w:tc>
          <w:tcPr>
            <w:tcW w:w="323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72558EBD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jean-valery.donge@universite-paris-saclay.fr</w:t>
            </w:r>
          </w:p>
        </w:tc>
        <w:tc>
          <w:tcPr>
            <w:tcW w:w="260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751CB1D" w14:textId="77777777" w:rsidR="00C3676A" w:rsidRPr="0035236C" w:rsidRDefault="00C3676A">
            <w:pPr>
              <w:rPr>
                <w:rFonts w:ascii="Arial" w:hAnsi="Arial" w:cs="Arial"/>
                <w:noProof/>
                <w:lang w:val="fr-FR"/>
              </w:rPr>
            </w:pPr>
            <w:r w:rsidRPr="0035236C">
              <w:rPr>
                <w:rFonts w:ascii="Arial" w:hAnsi="Arial" w:cs="Arial"/>
              </w:rPr>
              <w:t>Batiment Henri Moissan 2ème étage</w:t>
            </w:r>
            <w:r w:rsidRPr="0035236C">
              <w:rPr>
                <w:rFonts w:ascii="Arial" w:hAnsi="Arial" w:cs="Arial"/>
              </w:rPr>
              <w:br/>
              <w:t>Horaires d'ouverture : 9h-12h- 13h30-16h30</w:t>
            </w:r>
          </w:p>
        </w:tc>
      </w:tr>
    </w:tbl>
    <w:p w14:paraId="2D4590FB" w14:textId="77777777" w:rsidR="00C3676A" w:rsidRPr="007B21E9" w:rsidRDefault="00C3676A">
      <w:pPr>
        <w:spacing w:after="40"/>
        <w:rPr>
          <w:rFonts w:ascii="Arial" w:hAnsi="Arial" w:cs="Arial"/>
          <w:noProof/>
          <w:lang w:val="fr-FR"/>
        </w:rPr>
      </w:pPr>
    </w:p>
    <w:p w14:paraId="60D7B5B6" w14:textId="77777777" w:rsidR="00C3676A" w:rsidRPr="007B21E9" w:rsidRDefault="007F5193">
      <w:pPr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noProof/>
          <w:lang w:val="fr-FR"/>
        </w:rPr>
        <w:br w:type="page"/>
      </w:r>
    </w:p>
    <w:p w14:paraId="4E6300BA" w14:textId="77777777" w:rsidR="00C3676A" w:rsidRPr="007B21E9" w:rsidRDefault="007F5193">
      <w:pPr>
        <w:keepNext/>
        <w:pBdr>
          <w:bottom w:val="single" w:sz="12" w:space="2" w:color="00A6A6"/>
        </w:pBdr>
        <w:spacing w:before="220" w:after="10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00A6A6"/>
          <w:sz w:val="26"/>
          <w:lang w:val="fr-FR"/>
        </w:rPr>
        <w:lastRenderedPageBreak/>
        <w:t>DIU MEEF</w:t>
      </w:r>
    </w:p>
    <w:p w14:paraId="471FB1D7" w14:textId="77777777" w:rsidR="00C3676A" w:rsidRPr="007B21E9" w:rsidRDefault="007F5193">
      <w:pPr>
        <w:keepNext/>
        <w:spacing w:before="100" w:after="8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00A6A6"/>
          <w:sz w:val="20"/>
          <w:lang w:val="fr-FR"/>
        </w:rPr>
        <w:t>Dates, horaires et lieux de rentrée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474"/>
        <w:gridCol w:w="1190"/>
        <w:gridCol w:w="4025"/>
        <w:gridCol w:w="4536"/>
      </w:tblGrid>
      <w:tr w:rsidR="00C3676A" w:rsidRPr="007B21E9" w14:paraId="4337EDA9" w14:textId="77777777">
        <w:trPr>
          <w:tblHeader/>
          <w:jc w:val="center"/>
        </w:trPr>
        <w:tc>
          <w:tcPr>
            <w:tcW w:w="3402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5F66FE1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FORMATION</w:t>
            </w:r>
          </w:p>
        </w:tc>
        <w:tc>
          <w:tcPr>
            <w:tcW w:w="1474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A2EDE5B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DATE</w:t>
            </w:r>
          </w:p>
        </w:tc>
        <w:tc>
          <w:tcPr>
            <w:tcW w:w="1190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3153E2B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HEURE</w:t>
            </w:r>
          </w:p>
        </w:tc>
        <w:tc>
          <w:tcPr>
            <w:tcW w:w="4025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0FEF43B" w14:textId="23AAEBE1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LIEU DE RENTREE</w:t>
            </w:r>
          </w:p>
        </w:tc>
        <w:tc>
          <w:tcPr>
            <w:tcW w:w="4536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FEC319C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INFORMATIONS COMPLÉMENTAIRES</w:t>
            </w:r>
          </w:p>
        </w:tc>
      </w:tr>
      <w:tr w:rsidR="00C3676A" w:rsidRPr="007B21E9" w14:paraId="2E7E3EC1" w14:textId="77777777">
        <w:trPr>
          <w:cantSplit/>
          <w:jc w:val="center"/>
        </w:trPr>
        <w:tc>
          <w:tcPr>
            <w:tcW w:w="3402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3A54AE1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DIU Professeur stagiaire MEEF 2 Mathématiques</w:t>
            </w:r>
          </w:p>
        </w:tc>
        <w:tc>
          <w:tcPr>
            <w:tcW w:w="1474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7367574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24/08/2026</w:t>
            </w:r>
          </w:p>
        </w:tc>
        <w:tc>
          <w:tcPr>
            <w:tcW w:w="1190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4F44A334" w14:textId="77777777" w:rsidR="00C3676A" w:rsidRPr="007B21E9" w:rsidRDefault="00C3676A">
            <w:pPr>
              <w:jc w:val="center"/>
              <w:rPr>
                <w:rFonts w:ascii="Arial" w:hAnsi="Arial" w:cs="Arial"/>
                <w:noProof/>
                <w:lang w:val="fr-FR"/>
              </w:rPr>
            </w:pPr>
          </w:p>
        </w:tc>
        <w:tc>
          <w:tcPr>
            <w:tcW w:w="402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1735E759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université de Cergy site des chênes</w:t>
            </w:r>
          </w:p>
        </w:tc>
        <w:tc>
          <w:tcPr>
            <w:tcW w:w="4536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9F8F290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Toutes les infos pour le M2 MEE sont valables pour les DIU y compris pour le secrétariat</w:t>
            </w:r>
          </w:p>
        </w:tc>
      </w:tr>
    </w:tbl>
    <w:p w14:paraId="3C3A2DAF" w14:textId="77777777" w:rsidR="00C3676A" w:rsidRPr="007B21E9" w:rsidRDefault="00C3676A">
      <w:pPr>
        <w:spacing w:after="40"/>
        <w:rPr>
          <w:rFonts w:ascii="Arial" w:hAnsi="Arial" w:cs="Arial"/>
          <w:noProof/>
          <w:lang w:val="fr-FR"/>
        </w:rPr>
      </w:pPr>
    </w:p>
    <w:p w14:paraId="1EF75590" w14:textId="77777777" w:rsidR="00C3676A" w:rsidRPr="007B21E9" w:rsidRDefault="007F5193">
      <w:pPr>
        <w:keepNext/>
        <w:spacing w:before="100" w:after="8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00A6A6"/>
          <w:sz w:val="20"/>
          <w:lang w:val="fr-FR"/>
        </w:rPr>
        <w:t>Responsables et secrétariats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835"/>
        <w:gridCol w:w="2438"/>
        <w:gridCol w:w="3231"/>
        <w:gridCol w:w="2608"/>
      </w:tblGrid>
      <w:tr w:rsidR="00C3676A" w:rsidRPr="007B21E9" w14:paraId="616BCF7C" w14:textId="77777777">
        <w:trPr>
          <w:tblHeader/>
          <w:jc w:val="center"/>
        </w:trPr>
        <w:tc>
          <w:tcPr>
            <w:tcW w:w="3515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19A37A1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FORMATION</w:t>
            </w:r>
          </w:p>
        </w:tc>
        <w:tc>
          <w:tcPr>
            <w:tcW w:w="2835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6454C572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RESPONSABLE DE FORMATION</w:t>
            </w:r>
          </w:p>
        </w:tc>
        <w:tc>
          <w:tcPr>
            <w:tcW w:w="2438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3279BD4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SECRÉTARIAT</w:t>
            </w:r>
          </w:p>
        </w:tc>
        <w:tc>
          <w:tcPr>
            <w:tcW w:w="3231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4191DFB2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ADRESSE MAIL</w:t>
            </w:r>
          </w:p>
        </w:tc>
        <w:tc>
          <w:tcPr>
            <w:tcW w:w="2608" w:type="dxa"/>
            <w:tcBorders>
              <w:top w:val="single" w:sz="5" w:space="0" w:color="00A6A6"/>
              <w:left w:val="single" w:sz="5" w:space="0" w:color="00A6A6"/>
              <w:bottom w:val="single" w:sz="5" w:space="0" w:color="00A6A6"/>
              <w:right w:val="single" w:sz="5" w:space="0" w:color="00A6A6"/>
            </w:tcBorders>
            <w:shd w:val="clear" w:color="auto" w:fill="00A6A6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43F74AD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ADRESSE / LOCALISATION</w:t>
            </w:r>
          </w:p>
        </w:tc>
      </w:tr>
      <w:tr w:rsidR="00C3676A" w:rsidRPr="007B21E9" w14:paraId="7ECECC27" w14:textId="77777777">
        <w:trPr>
          <w:cantSplit/>
          <w:jc w:val="center"/>
        </w:trPr>
        <w:tc>
          <w:tcPr>
            <w:tcW w:w="351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003C28F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DIU Professeur stagiaire MEEF 2 Mathématiques</w:t>
            </w:r>
          </w:p>
        </w:tc>
        <w:tc>
          <w:tcPr>
            <w:tcW w:w="283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2B4B9AC1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Anne BROISE</w:t>
            </w:r>
          </w:p>
        </w:tc>
        <w:tc>
          <w:tcPr>
            <w:tcW w:w="243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E7C9770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Johanna DIOLEZ</w:t>
            </w:r>
          </w:p>
        </w:tc>
        <w:tc>
          <w:tcPr>
            <w:tcW w:w="323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CCA6343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johanna.diolez@universite-paris-saclay.fr</w:t>
            </w:r>
          </w:p>
        </w:tc>
        <w:tc>
          <w:tcPr>
            <w:tcW w:w="260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5B4EF30B" w14:textId="77777777" w:rsidR="00C3676A" w:rsidRPr="007B21E9" w:rsidRDefault="00C3676A">
            <w:pPr>
              <w:rPr>
                <w:rFonts w:ascii="Arial" w:hAnsi="Arial" w:cs="Arial"/>
                <w:noProof/>
                <w:lang w:val="fr-FR"/>
              </w:rPr>
            </w:pPr>
          </w:p>
        </w:tc>
      </w:tr>
    </w:tbl>
    <w:p w14:paraId="5E7AE83B" w14:textId="77777777" w:rsidR="00C3676A" w:rsidRPr="007B21E9" w:rsidRDefault="00C3676A">
      <w:pPr>
        <w:spacing w:after="40"/>
        <w:rPr>
          <w:rFonts w:ascii="Arial" w:hAnsi="Arial" w:cs="Arial"/>
          <w:noProof/>
          <w:lang w:val="fr-FR"/>
        </w:rPr>
      </w:pPr>
    </w:p>
    <w:p w14:paraId="2C2C0736" w14:textId="77777777" w:rsidR="00C3676A" w:rsidRPr="007B21E9" w:rsidRDefault="007F5193">
      <w:pPr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noProof/>
          <w:lang w:val="fr-FR"/>
        </w:rPr>
        <w:br w:type="page"/>
      </w:r>
    </w:p>
    <w:p w14:paraId="301D6C0C" w14:textId="77777777" w:rsidR="00C3676A" w:rsidRPr="007B21E9" w:rsidRDefault="007F5193">
      <w:pPr>
        <w:keepNext/>
        <w:pBdr>
          <w:bottom w:val="single" w:sz="12" w:space="2" w:color="7A5AF8"/>
        </w:pBdr>
        <w:spacing w:before="220" w:after="10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7A5AF8"/>
          <w:sz w:val="26"/>
          <w:lang w:val="fr-FR"/>
        </w:rPr>
        <w:lastRenderedPageBreak/>
        <w:t>DU MEEF</w:t>
      </w:r>
    </w:p>
    <w:p w14:paraId="73C6E27F" w14:textId="77777777" w:rsidR="00C3676A" w:rsidRPr="007B21E9" w:rsidRDefault="007F5193">
      <w:pPr>
        <w:keepNext/>
        <w:spacing w:before="100" w:after="8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7A5AF8"/>
          <w:sz w:val="20"/>
          <w:lang w:val="fr-FR"/>
        </w:rPr>
        <w:t>Dates, horaires et lieux de rentrée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1474"/>
        <w:gridCol w:w="1190"/>
        <w:gridCol w:w="4025"/>
        <w:gridCol w:w="4536"/>
      </w:tblGrid>
      <w:tr w:rsidR="00C3676A" w:rsidRPr="007B21E9" w14:paraId="341C3E95" w14:textId="77777777">
        <w:trPr>
          <w:tblHeader/>
          <w:jc w:val="center"/>
        </w:trPr>
        <w:tc>
          <w:tcPr>
            <w:tcW w:w="3402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FEC0FAF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FORMATION</w:t>
            </w:r>
          </w:p>
        </w:tc>
        <w:tc>
          <w:tcPr>
            <w:tcW w:w="1474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0E2275A2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DATE</w:t>
            </w:r>
          </w:p>
        </w:tc>
        <w:tc>
          <w:tcPr>
            <w:tcW w:w="1190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5B077F26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HEURE</w:t>
            </w:r>
          </w:p>
        </w:tc>
        <w:tc>
          <w:tcPr>
            <w:tcW w:w="4025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49A5B097" w14:textId="4165E710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LIEU DE RENTREE</w:t>
            </w:r>
          </w:p>
        </w:tc>
        <w:tc>
          <w:tcPr>
            <w:tcW w:w="4536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74747E3F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INFORMATIONS COMPLÉMENTAIRES</w:t>
            </w:r>
          </w:p>
        </w:tc>
      </w:tr>
      <w:tr w:rsidR="00C3676A" w:rsidRPr="007B21E9" w14:paraId="7ECB6BD7" w14:textId="77777777">
        <w:trPr>
          <w:cantSplit/>
          <w:jc w:val="center"/>
        </w:trPr>
        <w:tc>
          <w:tcPr>
            <w:tcW w:w="3402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3A99B22C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MEEF 2nd chance Maths</w:t>
            </w:r>
          </w:p>
        </w:tc>
        <w:tc>
          <w:tcPr>
            <w:tcW w:w="1474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355505DF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24/08/2026</w:t>
            </w:r>
          </w:p>
        </w:tc>
        <w:tc>
          <w:tcPr>
            <w:tcW w:w="1190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19CF0538" w14:textId="77777777" w:rsidR="00C3676A" w:rsidRPr="007B21E9" w:rsidRDefault="00C3676A">
            <w:pPr>
              <w:jc w:val="center"/>
              <w:rPr>
                <w:rFonts w:ascii="Arial" w:hAnsi="Arial" w:cs="Arial"/>
                <w:noProof/>
                <w:lang w:val="fr-FR"/>
              </w:rPr>
            </w:pPr>
          </w:p>
        </w:tc>
        <w:tc>
          <w:tcPr>
            <w:tcW w:w="402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3607FA94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Accueil institutionnel à Cergy site des Chênes (horaires non connus à ce jour)</w:t>
            </w:r>
          </w:p>
        </w:tc>
        <w:tc>
          <w:tcPr>
            <w:tcW w:w="4536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6B24D34F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Les M2 et les DIU sauront lors de l'accueil institutionnel leur affectation sur leur site de formation, la semaine de rentrée des professeurs fonctionnaires stagiaires continuera ainsi :</w:t>
            </w: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br/>
              <w:t>Mardi 25 août 9h-16h30 : accueil et premières formations à Orsay des M2 et DIU qui suivront leur formation à Orsay ou à Évry dans l'amphi Yoccoz, bâtiment 307 (prévoir son repas)</w:t>
            </w: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br/>
              <w:t>Jeudi 27 août 9h-12h : suite des premières formations à Orsay pour ceux affectés à Orsay</w:t>
            </w: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br/>
              <w:t>Vendredi 28 août : accueil par le chef d'établissement.</w:t>
            </w: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br/>
              <w:t>Lundi 31 août : prérentrée des enseignants</w:t>
            </w: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br/>
              <w:t>Mardi 1er septembre : rentrée des élèves</w:t>
            </w: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br/>
              <w:t>Mercredi 2 septembre : formation suivant EDT</w:t>
            </w:r>
          </w:p>
        </w:tc>
      </w:tr>
    </w:tbl>
    <w:p w14:paraId="5CF517E8" w14:textId="77777777" w:rsidR="00C3676A" w:rsidRPr="007B21E9" w:rsidRDefault="00C3676A">
      <w:pPr>
        <w:spacing w:after="40"/>
        <w:rPr>
          <w:rFonts w:ascii="Arial" w:hAnsi="Arial" w:cs="Arial"/>
          <w:noProof/>
          <w:lang w:val="fr-FR"/>
        </w:rPr>
      </w:pPr>
    </w:p>
    <w:p w14:paraId="41A30269" w14:textId="77777777" w:rsidR="00C3676A" w:rsidRPr="007B21E9" w:rsidRDefault="007F5193">
      <w:pPr>
        <w:keepNext/>
        <w:spacing w:before="100" w:after="80"/>
        <w:rPr>
          <w:rFonts w:ascii="Arial" w:hAnsi="Arial" w:cs="Arial"/>
          <w:noProof/>
          <w:lang w:val="fr-FR"/>
        </w:rPr>
      </w:pPr>
      <w:r w:rsidRPr="007B21E9">
        <w:rPr>
          <w:rFonts w:ascii="Arial" w:hAnsi="Arial" w:cs="Arial"/>
          <w:b/>
          <w:noProof/>
          <w:color w:val="7A5AF8"/>
          <w:sz w:val="20"/>
          <w:lang w:val="fr-FR"/>
        </w:rPr>
        <w:t>Responsables et secrétariats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2835"/>
        <w:gridCol w:w="2438"/>
        <w:gridCol w:w="3231"/>
        <w:gridCol w:w="2608"/>
      </w:tblGrid>
      <w:tr w:rsidR="00C3676A" w:rsidRPr="007B21E9" w14:paraId="3E4E9F6D" w14:textId="77777777">
        <w:trPr>
          <w:tblHeader/>
          <w:jc w:val="center"/>
        </w:trPr>
        <w:tc>
          <w:tcPr>
            <w:tcW w:w="3515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25A05BE6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FORMATION</w:t>
            </w:r>
          </w:p>
        </w:tc>
        <w:tc>
          <w:tcPr>
            <w:tcW w:w="2835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3F253A9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RESPONSABLE DE FORMATION</w:t>
            </w:r>
          </w:p>
        </w:tc>
        <w:tc>
          <w:tcPr>
            <w:tcW w:w="2438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52802A59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SECRÉTARIAT</w:t>
            </w:r>
          </w:p>
        </w:tc>
        <w:tc>
          <w:tcPr>
            <w:tcW w:w="3231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9E57BC4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ADRESSE MAIL</w:t>
            </w:r>
          </w:p>
        </w:tc>
        <w:tc>
          <w:tcPr>
            <w:tcW w:w="2608" w:type="dxa"/>
            <w:tcBorders>
              <w:top w:val="single" w:sz="5" w:space="0" w:color="7A5AF8"/>
              <w:left w:val="single" w:sz="5" w:space="0" w:color="7A5AF8"/>
              <w:bottom w:val="single" w:sz="5" w:space="0" w:color="7A5AF8"/>
              <w:right w:val="single" w:sz="5" w:space="0" w:color="7A5AF8"/>
            </w:tcBorders>
            <w:shd w:val="clear" w:color="auto" w:fill="7A5AF8"/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</w:tcPr>
          <w:p w14:paraId="13C9C31B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b/>
                <w:noProof/>
                <w:color w:val="FFFFFF"/>
                <w:sz w:val="16"/>
                <w:lang w:val="fr-FR"/>
              </w:rPr>
              <w:t>ADRESSE / LOCALISATION</w:t>
            </w:r>
          </w:p>
        </w:tc>
      </w:tr>
      <w:tr w:rsidR="00C3676A" w:rsidRPr="007B21E9" w14:paraId="036B9839" w14:textId="77777777">
        <w:trPr>
          <w:cantSplit/>
          <w:jc w:val="center"/>
        </w:trPr>
        <w:tc>
          <w:tcPr>
            <w:tcW w:w="351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6946F069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MEEF 2nd chance Maths</w:t>
            </w:r>
          </w:p>
        </w:tc>
        <w:tc>
          <w:tcPr>
            <w:tcW w:w="2835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6181E7D9" w14:textId="77777777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Anne BROISE</w:t>
            </w:r>
          </w:p>
        </w:tc>
        <w:tc>
          <w:tcPr>
            <w:tcW w:w="243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4FA86BC3" w14:textId="66A2EB32" w:rsidR="00C3676A" w:rsidRPr="007B21E9" w:rsidRDefault="007F5193">
            <w:pPr>
              <w:jc w:val="center"/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 xml:space="preserve">Johanna DIOLEZ sera </w:t>
            </w:r>
            <w:r w:rsidR="007542E5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remplacée début septembre</w:t>
            </w:r>
          </w:p>
        </w:tc>
        <w:tc>
          <w:tcPr>
            <w:tcW w:w="3231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0B3B0251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johanna.diolez@universite-paris-saclay.fr</w:t>
            </w:r>
          </w:p>
        </w:tc>
        <w:tc>
          <w:tcPr>
            <w:tcW w:w="2608" w:type="dxa"/>
            <w:tcBorders>
              <w:top w:val="single" w:sz="5" w:space="0" w:color="CBD5E1"/>
              <w:left w:val="single" w:sz="5" w:space="0" w:color="CBD5E1"/>
              <w:bottom w:val="single" w:sz="5" w:space="0" w:color="CBD5E1"/>
              <w:right w:val="single" w:sz="5" w:space="0" w:color="CBD5E1"/>
            </w:tcBorders>
            <w:shd w:val="clear" w:color="auto" w:fill="F5F8FC"/>
            <w:tcMar>
              <w:top w:w="105" w:type="dxa"/>
              <w:left w:w="90" w:type="dxa"/>
              <w:bottom w:w="105" w:type="dxa"/>
              <w:right w:w="90" w:type="dxa"/>
            </w:tcMar>
            <w:vAlign w:val="center"/>
          </w:tcPr>
          <w:p w14:paraId="71D4952B" w14:textId="77777777" w:rsidR="00C3676A" w:rsidRPr="007B21E9" w:rsidRDefault="007F5193">
            <w:pPr>
              <w:rPr>
                <w:rFonts w:ascii="Arial" w:hAnsi="Arial" w:cs="Arial"/>
                <w:noProof/>
                <w:lang w:val="fr-FR"/>
              </w:rPr>
            </w:pPr>
            <w:r w:rsidRPr="007B21E9">
              <w:rPr>
                <w:rFonts w:ascii="Arial" w:hAnsi="Arial" w:cs="Arial"/>
                <w:noProof/>
                <w:color w:val="243247"/>
                <w:sz w:val="17"/>
                <w:lang w:val="fr-FR"/>
              </w:rPr>
              <w:t>bât 307 bureau 1F1</w:t>
            </w:r>
          </w:p>
        </w:tc>
      </w:tr>
    </w:tbl>
    <w:p w14:paraId="51BB7116" w14:textId="77777777" w:rsidR="00C3676A" w:rsidRPr="007B21E9" w:rsidRDefault="00C3676A">
      <w:pPr>
        <w:spacing w:after="40"/>
        <w:rPr>
          <w:rFonts w:ascii="Arial" w:hAnsi="Arial" w:cs="Arial"/>
          <w:noProof/>
          <w:lang w:val="fr-FR"/>
        </w:rPr>
      </w:pPr>
    </w:p>
    <w:sectPr w:rsidR="00C3676A" w:rsidRPr="007B21E9" w:rsidSect="00034616">
      <w:footerReference w:type="default" r:id="rId8"/>
      <w:pgSz w:w="16838" w:h="11906" w:orient="landscape"/>
      <w:pgMar w:top="624" w:right="652" w:bottom="624" w:left="6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1CE1" w14:textId="77777777" w:rsidR="00ED0AB9" w:rsidRDefault="007F5193">
      <w:pPr>
        <w:spacing w:after="0" w:line="240" w:lineRule="auto"/>
      </w:pPr>
      <w:r>
        <w:separator/>
      </w:r>
    </w:p>
  </w:endnote>
  <w:endnote w:type="continuationSeparator" w:id="0">
    <w:p w14:paraId="161F717E" w14:textId="77777777" w:rsidR="00ED0AB9" w:rsidRDefault="007F5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A14D" w14:textId="77777777" w:rsidR="00C3676A" w:rsidRDefault="007F5193">
    <w:pPr>
      <w:pStyle w:val="Pieddepage"/>
      <w:jc w:val="center"/>
    </w:pPr>
    <w:r>
      <w:rPr>
        <w:color w:val="8A94A3"/>
        <w:sz w:val="15"/>
      </w:rPr>
      <w:t>Université Paris-Saclay – Faculté des Sciences | Informations de rentrée 2026–2027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E438B" w14:textId="77777777" w:rsidR="00ED0AB9" w:rsidRDefault="007F5193">
      <w:pPr>
        <w:spacing w:after="0" w:line="240" w:lineRule="auto"/>
      </w:pPr>
      <w:r>
        <w:separator/>
      </w:r>
    </w:p>
  </w:footnote>
  <w:footnote w:type="continuationSeparator" w:id="0">
    <w:p w14:paraId="1FA2F4BB" w14:textId="77777777" w:rsidR="00ED0AB9" w:rsidRDefault="007F5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ED6"/>
    <w:rsid w:val="0015074B"/>
    <w:rsid w:val="00206A16"/>
    <w:rsid w:val="00250C0A"/>
    <w:rsid w:val="0029639D"/>
    <w:rsid w:val="00326F90"/>
    <w:rsid w:val="0035236C"/>
    <w:rsid w:val="007542E5"/>
    <w:rsid w:val="007B21E9"/>
    <w:rsid w:val="007F5193"/>
    <w:rsid w:val="00AA1D8D"/>
    <w:rsid w:val="00B47730"/>
    <w:rsid w:val="00C3676A"/>
    <w:rsid w:val="00CB0664"/>
    <w:rsid w:val="00ED0AB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21DEE"/>
  <w14:defaultImageDpi w14:val="300"/>
  <w15:docId w15:val="{8A30D7B9-C41B-4A46-A678-99293D7F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456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Gladys William</cp:lastModifiedBy>
  <cp:revision>5</cp:revision>
  <dcterms:created xsi:type="dcterms:W3CDTF">2026-08-17T14:03:00Z</dcterms:created>
  <dcterms:modified xsi:type="dcterms:W3CDTF">2026-08-18T06:48:00Z</dcterms:modified>
  <cp:category/>
</cp:coreProperties>
</file>